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כובעי החשיבה ואת המשמעות של כל צבע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ערוצי החוסן השונים ולזהות אותם בכרטיסי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אמפתיה כלפי מורים דרך כתיבה ושיח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כובעי החשיבה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כובעים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(יצירתיות)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הרעיון המרכזי של הקטגוריה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עוסקת בעתיד וביצירתיות, לא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הערוץ מתמקד ביחסים חברתיים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השראה מהשיר, בנעליים של, הוקרה ורגש, עתיד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 כרטיס מסומן גם בכובע וגם בערוץ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בנעליים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יתאר משפט משמעותי שאמר מורה או מבוגר ויסביר מדוע הוא נשאר בזיכרון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 הכולל פנייה אישית, שני פרטים קונקרטיים להערכה וטון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ההבדל בין רגש לעובדות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ערוץ חוסן והסבר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כן ומכבד המבטא הערכה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קטגוריות הכרטיסים ולתת לכל קבוצה לדון בשאלה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שיתוף מרצון בלבד בנושאים הרגשיים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בכובעי חשיבה בצבעים אמיתיים או כרטיסיות כדי להמחיש את הפעילות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כרטיסים עם שאלות על מורים. כל כרטיס מסומן בצבע ובנושא. לומדים לחשוב ולהרגיש מה שהמורה מרגיש.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כובע חשיבה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לחשוב על נושא מזווית מסוימת, מסומנת בצבע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ערוץ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פנימי שעוזר להתמודד עם קשיים, כמו רגש או חברה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הוקרה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תודה והערכה כלפי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אמפתיה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להבין ולהרגיש את נקודת המבט של האחר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עם שאלה לדיון או מחשבה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בנעליים 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לדמיין את המצב מנקודת המבט של 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לקשיים או לסכנות אפשריות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את עיקרי הדברים ולרכז אותם בקצרה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כובעי החשיבה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צבע כובע קשור לרגש?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צבע כובע קשור לעובדות?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כובע קשור ליתרונות?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כובע קשור לזהירות?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צבע כובע קשור ליצירתיות?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צבע כובע קשור לסיכום?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כובעים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🔴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⚪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יצירתיות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🟡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⚫ 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🟢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יתרונות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קטגוריית בנעליים של מבקשת מהתלמידים לדמיין את נקודת המבט של המורה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קטגוריית עתיד ויצירה עוסקת רק בזיכרונות מהעבר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ערוץ החוסן חברתי קשור לקשרים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יש ארבע קטגוריות של כרטיסי שיח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כרטיס שיח מסומן רק בכובע חשיבה בלי ערוץ חוסן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כובע ה__________ מייצג 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כובע ה__________ מייצג עובדות יבשות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קטגוריית "__________ ורגש" עוסקת בהוקרה כלפי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ערוץ החוסן "__________ והבעה" מתייחס לרגשות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קטגוריית "__________ של..." מבקשת להיכנס לנעליים של מישהו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ענו על השאלה: משפט של שתי שניות שנשאר איתך שנים – מה היה בו? כתבו כמה משפטים והסבירו למה הוא זכור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קטע קצר למכתב תודה למורה, שכולל לפחות שני דברים שאתם מעריכים בה או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כובע אדום לכובע 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לערוץ חוסן אחד והסבירו אותו במילים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שהייתם רוצים לומר למורה שהשפיע עליכם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